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right"/>
      </w:pPr>
      <w:r>
        <w:t>Оператору: ___________________________</w:t>
      </w:r>
    </w:p>
    <w:p>
      <w:pPr>
        <w:spacing w:after="0"/>
        <w:jc w:val="right"/>
      </w:pPr>
      <w:r>
        <w:t>(наименование / ФИО ИП, адрес)</w:t>
      </w:r>
    </w:p>
    <w:p>
      <w:pPr>
        <w:spacing w:after="0"/>
        <w:jc w:val="right"/>
      </w:pPr>
    </w:p>
    <w:p>
      <w:pPr>
        <w:spacing w:after="0"/>
        <w:jc w:val="right"/>
      </w:pPr>
      <w:r>
        <w:t>от ___________________________________</w:t>
      </w:r>
    </w:p>
    <w:p>
      <w:pPr>
        <w:spacing w:after="0"/>
        <w:jc w:val="right"/>
      </w:pPr>
      <w:r>
        <w:t>(ФИО субъекта персональных данных)</w:t>
      </w:r>
    </w:p>
    <w:p>
      <w:pPr>
        <w:spacing w:after="0"/>
        <w:jc w:val="right"/>
      </w:pPr>
      <w:r>
        <w:t>адрес: _______________________________</w:t>
      </w:r>
    </w:p>
    <w:p>
      <w:pPr>
        <w:spacing w:after="0"/>
        <w:jc w:val="right"/>
      </w:pPr>
    </w:p>
    <w:p>
      <w:pPr>
        <w:spacing w:after="0"/>
        <w:jc w:val="right"/>
      </w:pPr>
    </w:p>
    <w:p>
      <w:pPr>
        <w:jc w:val="center"/>
      </w:pPr>
      <w:r>
        <w:rPr>
          <w:b/>
          <w:sz w:val="24"/>
        </w:rPr>
        <w:t>ЗАЯВЛЕНИЕ</w:t>
        <w:br/>
      </w:r>
      <w:r>
        <w:rPr>
          <w:b/>
          <w:sz w:val="24"/>
        </w:rPr>
        <w:t>об отзыве согласия на обработку персональных данных</w:t>
      </w:r>
    </w:p>
    <w:p/>
    <w:p>
      <w:pPr>
        <w:spacing w:after="160"/>
        <w:jc w:val="both"/>
      </w:pPr>
      <w:r>
        <w:t>На основании части 2 статьи 9 Федерального закона от 27.07.2006 № 152-ФЗ «О персональных данных» отзываю своё согласие на обработку моих персональных данных, ранее предоставленное оператору.</w:t>
      </w:r>
    </w:p>
    <w:p>
      <w:pPr>
        <w:spacing w:after="160"/>
        <w:jc w:val="both"/>
      </w:pPr>
      <w:r>
        <w:t>Прошу прекратить обработку моих персональных данных и уничтожить их в срок, не превышающий 30 дней с даты поступления настоящего заявления (часть 5 статьи 21 152-ФЗ), за исключением случаев, когда обработка допускается без моего согласия (пункты 2–11 части 1 статьи 6 152-ФЗ), а также если иное не предусмотрено договором, стороной которого я являюсь.</w:t>
      </w:r>
    </w:p>
    <w:p>
      <w:pPr>
        <w:spacing w:after="160"/>
        <w:jc w:val="both"/>
      </w:pPr>
      <w:r>
        <w:t>О результатах рассмотрения заявления прошу уведомить меня по адресу, указанному выше.</w:t>
      </w:r>
    </w:p>
    <w:p/>
    <w:p>
      <w:r>
        <w:t>«____» _____________ 20__ г.            ____________ / ______________________ /</w:t>
      </w:r>
    </w:p>
    <w:p>
      <w:r>
        <w:rPr>
          <w:color w:val="888888"/>
          <w:sz w:val="18"/>
        </w:rPr>
        <w:t>(дата)                                                        (подпись)        (расшифровка)</w:t>
      </w:r>
    </w:p>
    <w:p/>
    <w:p>
      <w:r>
        <w:rPr>
          <w:i/>
          <w:color w:val="888888"/>
          <w:sz w:val="18"/>
        </w:rPr>
        <w:t xml:space="preserve">Образец подготовлен сервисом ScanBase — проверка сайтов на соответствие 152-ФЗ: </w:t>
      </w:r>
      <w:hyperlink r:id="rId9">
        <w:r>
          <w:rPr>
            <w:color w:val="888888"/>
            <w:u w:val="single"/>
            <w:i/>
            <w:sz w:val="18"/>
          </w:rPr>
          <w:t>scanbase.ru</w:t>
        </w:r>
      </w:hyperlink>
      <w:r>
        <w:rPr>
          <w:i/>
          <w:color w:val="888888"/>
          <w:sz w:val="18"/>
        </w:rPr>
        <w:t>. Не является юридической консультацией.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canbase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