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sz w:val="22"/>
        </w:rPr>
        <w:t>[Наименование организации]</w:t>
      </w:r>
    </w:p>
    <w:p/>
    <w:p>
      <w:pPr>
        <w:spacing w:after="0"/>
        <w:jc w:val="center"/>
      </w:pPr>
      <w:r>
        <w:rPr>
          <w:b/>
          <w:i w:val="0"/>
        </w:rPr>
        <w:t>ОБЯЗАТЕЛЬСТВО</w:t>
      </w:r>
    </w:p>
    <w:p>
      <w:pPr>
        <w:spacing w:after="240"/>
        <w:jc w:val="center"/>
      </w:pPr>
      <w:r>
        <w:rPr>
          <w:b/>
        </w:rPr>
        <w:t>о неразглашении персональных данных</w:t>
      </w:r>
    </w:p>
    <w:p>
      <w:pPr>
        <w:spacing w:after="120"/>
        <w:jc w:val="both"/>
      </w:pPr>
      <w:r>
        <w:rPr>
          <w:b w:val="0"/>
          <w:i w:val="0"/>
        </w:rPr>
        <w:t>В соответствии со ст. 7 Федерального закона от 27.07.2006 № 152-ФЗ «О персональных данных» персональные данные являются конфиденциальными, и лица, получившие к ним доступ, обязаны не раскрывать и не распространять их без согласия субъекта.</w:t>
      </w:r>
    </w:p>
    <w:p>
      <w:pPr>
        <w:spacing w:after="120"/>
        <w:jc w:val="both"/>
      </w:pPr>
      <w:r>
        <w:rPr>
          <w:b w:val="0"/>
          <w:i w:val="0"/>
        </w:rPr>
        <w:t>Я, _______________________________________ (ФИО), _______________________ (должность, подразделение), исполняя обязанности, связанные с обработкой персональных данных, понимаю, что получаю доступ к персональным данным работников, клиентов и иных субъектов [наименование организации].</w:t>
      </w:r>
    </w:p>
    <w:p>
      <w:pPr>
        <w:spacing w:after="80"/>
        <w:jc w:val="both"/>
      </w:pPr>
      <w:r>
        <w:rPr>
          <w:b/>
          <w:i w:val="0"/>
        </w:rPr>
        <w:t>В связи с этим обязуюсь:</w:t>
      </w:r>
    </w:p>
    <w:p>
      <w:pPr>
        <w:spacing w:after="80"/>
        <w:jc w:val="both"/>
      </w:pPr>
      <w:r>
        <w:rPr>
          <w:b w:val="0"/>
          <w:i w:val="0"/>
        </w:rPr>
        <w:t>1. Не разглашать и не передавать третьим лицам персональные данные, ставшие мне известными в связи с исполнением должностных обязанностей, без законного основания или согласия субъекта персональных данных.</w:t>
      </w:r>
    </w:p>
    <w:p>
      <w:pPr>
        <w:spacing w:after="80"/>
        <w:jc w:val="both"/>
      </w:pPr>
      <w:r>
        <w:rPr>
          <w:b w:val="0"/>
          <w:i w:val="0"/>
        </w:rPr>
        <w:t>2. Использовать персональные данные исключительно в целях выполнения своих должностных обязанностей.</w:t>
      </w:r>
    </w:p>
    <w:p>
      <w:pPr>
        <w:spacing w:after="80"/>
        <w:jc w:val="both"/>
      </w:pPr>
      <w:r>
        <w:rPr>
          <w:b w:val="0"/>
          <w:i w:val="0"/>
        </w:rPr>
        <w:t>3. Соблюдать установленный в организации порядок обработки персональных данных и требования локальных нормативных актов, в том числе Положения об обработке персональных данных работников.</w:t>
      </w:r>
    </w:p>
    <w:p>
      <w:pPr>
        <w:spacing w:after="80"/>
        <w:jc w:val="both"/>
      </w:pPr>
      <w:r>
        <w:rPr>
          <w:b w:val="0"/>
          <w:i w:val="0"/>
        </w:rPr>
        <w:t>4. Применять меры, исключающие несанкционированный доступ третьих лиц к персональным данным (в том числе не оставлять документы и носители без присмотра, не сообщать пароли).</w:t>
      </w:r>
    </w:p>
    <w:p>
      <w:pPr>
        <w:spacing w:after="80"/>
        <w:jc w:val="both"/>
      </w:pPr>
      <w:r>
        <w:rPr>
          <w:b w:val="0"/>
          <w:i w:val="0"/>
        </w:rPr>
        <w:t>5. Незамедлительно сообщать ответственному за обработку персональных данных о ставших известными попытках получить персональные данные неуполномоченными лицами, а также об утрате или разглашении таких данных.</w:t>
      </w:r>
    </w:p>
    <w:p>
      <w:pPr>
        <w:spacing w:after="80"/>
        <w:jc w:val="both"/>
      </w:pPr>
      <w:r>
        <w:rPr>
          <w:b w:val="0"/>
          <w:i w:val="0"/>
        </w:rPr>
        <w:t>6. После прекращения права доступа к персональным данным (в том числе при увольнении) прекратить их обработку и не использовать, не разглашать и не передавать их третьим лицам.</w:t>
      </w:r>
    </w:p>
    <w:p>
      <w:pPr>
        <w:spacing w:after="120"/>
        <w:jc w:val="both"/>
      </w:pPr>
      <w:r>
        <w:rPr>
          <w:b w:val="0"/>
          <w:i w:val="0"/>
        </w:rPr>
        <w:t>Я предупреждён(а), что разглашение персональных данных, ставших известными в связи с исполнением трудовых обязанностей, влечёт дисциплинарную (ст. 90 ТК РФ, в том числе увольнение по пп. «в» п. 6 ч. 1 ст. 81 ТК РФ), административную (ст. 13.11 КоАП РФ), гражданско-правовую и уголовную (ст. 137 УК РФ) ответственность.</w:t>
      </w:r>
    </w:p>
    <w:p>
      <w:pPr>
        <w:spacing w:after="240"/>
        <w:jc w:val="both"/>
      </w:pPr>
      <w:r>
        <w:rPr>
          <w:b w:val="0"/>
          <w:i w:val="0"/>
        </w:rPr>
        <w:t>Настоящее обязательство действует в течение всего срока исполнения мной обязанностей, связанных с обработкой персональных данных, и сохраняется после прекращения трудового договора — в течение всего времени, пока персональные данные сохраняют конфиденциальность.</w:t>
      </w:r>
    </w:p>
    <w:p>
      <w:pPr>
        <w:spacing w:after="120"/>
        <w:jc w:val="left"/>
      </w:pPr>
      <w:r>
        <w:rPr>
          <w:b w:val="0"/>
          <w:i/>
        </w:rPr>
        <w:t>_______________ / _________________________        «__» ____________ 20__ г.</w:t>
      </w:r>
    </w:p>
    <w:p>
      <w:pPr>
        <w:spacing w:after="0"/>
        <w:jc w:val="left"/>
      </w:pPr>
      <w:r>
        <w:rPr>
          <w:b w:val="0"/>
          <w:i w:val="0"/>
        </w:rPr>
        <w:t>(подпись)                   (расшифровка подписи)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88888"/>
        <w:sz w:val="18"/>
        <w:u w:val="single"/>
      </w:rPr>
      <w:t>Образец подготовлен сервисом scanbase.ru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